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השאלה: מי, מה, איפה, למה ומדוע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איזו תשובה מתאימה לכל מילת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שאלה במשפטים ובשאלות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איזו מילת שאלה מתאימה?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מילת שאלה לסוג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של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(שם של 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השאלה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 שואלת על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למה שואלת למה קרה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איפה שואלת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שתיהן שואלות על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כמה שואלת כמות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משחקים בכרטיסיות המסתובבות?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מילת השאלה שעל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חושבים על תשובה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לוחצים על הכרטיס כדי להפוך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התשובה שחשבנו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למה השמיים כחולים? כי כך הם נראים ביום בהיר.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איפה הכלב? הכלב בגינה.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הגיונית עם איפה שמתייחסת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הבדל, שתי המילים שואלות על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במשחק כרטיסיות דומה לזה שבדף - תלמיד קורא מילת שאלה והכיתה 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להתחיל מהמילים הפשוטות מי ומה ואז לעבור ללמה ומדוע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להוריד את שאלות ההבדל בין למה למדוע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מילות שאלה עוזרות לנו לשאול ולדעת יותר על העולם סביבנו. בדף הזה נתרגל את מילות השאלה מי, מה, איפה, למה ומדוע, בדיוק כמו בכרטיסיות המסתובבות.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איזו מילת שאלה מתאימה?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___ אתה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___ שמך?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___ דנה לובשת מעיל? כי קר בחוץ.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___ הילד שעומד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___ מתחיל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מילת שאלה לסוג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של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של 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השאלה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יוסי שותה מים? כי הוא צמא.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השעה עכשיו?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אתה הולך בבוקר?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גר דני אבדיה?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מדוע את עצובה? כי איבדתי את הכדור.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מי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למה שואלת על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איפה שואלת על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מדוע דומה למילה 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כמה שואלת על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איך משחקים בכרטיסיות המסתובבות?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התשובה שחשבנו נכונה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הכרטיס כדי להפוך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תשובה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מילת השאלה שעל הכרטיס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עם המילה למה וענו עליה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עם המילה איפה וענו עליה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שאלה אחת ששואלת על אדם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עם המילה איפה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למה למדוע?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