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מילות השאלה: מי, מה, איפה, למה ומדוע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איזו תשובה מתאימה לכל מילת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במילות שאלה במשפטים ובשאלות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איזו מילת שאלה מתאימה?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מילת שאלה לסוג התשובה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(שם של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(שם של דבר)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(סיבה)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מילת השאלה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מי שואלת על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למה שואלת למה קרה משהו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איך משחקים בכרטיסיות המסתובבות? סדרו את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מילת השאלה שעל הכרטיס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חושבים על תשובה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לוחצים על הכרטיס כדי להפוך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אם התשובה שחשבנו נכונה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איפה הכלב? הכלב בגינה.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שאלה הגיונית עם איפה שמתייחסת למקום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אין הבדל, שתי המילים שואלות על סיבה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בכיתה במשחק כרטיסיות דומה לזה שבדף - תלמיד קורא מילת שאלה והכיתה עונה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להתחיל מהמילים הפשוטות מי ומה ואז לעבור ללמה ומדוע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להוריד את שאלות ההבדל בין למה למדוע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מילות שאלה עוזרות לנו לשאול ולדעת יותר על העולם סביבנו. בדף הזה נתרגל את מילות השאלה מי, מה, איפה, למה ומדוע, בדיוק כמו בכרטיסיות המסתובבות.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מה  ·  למה  ·  איפה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איזו מילת שאלה מתאימה?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___ אתה גר?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___ שמך?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התאימו מילת שאלה לסוג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שם של דבר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שם של אדם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מילת השאלה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יוסי שותה מים? כי הוא צמא.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השעה עכשיו?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__________ אתה הולך בבוקר?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מי שואלת על 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למה שואלת על סיבה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איך משחקים בכרטיסיות המסתובבות? סדרו את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חושבים על תשובה מתאימה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מילת השאלה שעל הכרטיס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אם התשובה שחשבנו נכונה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לוחצים על הכרטיס כדי להפוך אותו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שאלה אחת עם המילה איפה וענו עליה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מילת שאלה אחת ששואלת על אדם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שאלה אחת עם המילה איפה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שאלה – מי? מה? איפה?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